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35 כרטיסי מידות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הגדרות ודוגמאות של מידות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מידה לפי תיאור מצב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יישום אישי של מידות ועל שביל הזהב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מידה לפי 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עין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ענווה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שליטה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גמישות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ההגדרה של אחריות היא לקחת בעלות על מעשיי ועל מה שהופקד בידיי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חוש הומור הוא לראות את הצד המצחיק בלי לפגוע באף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הקשבה היא לשמוע עם הלב, בלי להתפרץ ובלי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מוגדרת מידת ההגינות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ענווה היא להכיר ביכולות שלי בלי להתנשא, לא להתעלם מהן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 וארגון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הכרת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סלחנות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מידה לדוגמה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(לפרגן לחברה שקיבלה ציון גבוה בלי להשוות)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(להחזיר עודף שקיבלתי בטעות בקופה)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(לבשל ארוחה לשכנים שנולד להם תינוק)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(לתת לאחר לבחור את המשחק הפעם)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(להציע לכיתה פרויקט התנדבות ולארגן אותו)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דוגמה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שהדוגמה מתאימה באמת למידה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יש לבדוק שהתלמיד מזהה מידה ומסביר קושי באופן 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שביל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שני צדדים: חוסר במידה ועודף בה, ויבחין שה'שביל הזהב' הוא האיזון באמצע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יכתוב פעולה קונקרטית, ישימה וקשורה למידה שבחר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מידה ומסביר אותה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רלוונטית ומציאותית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ששביל הזהב הוא איזון בין שני קצוות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כרטיס אחד בכל פעם ולבקש מהתלמידים לנחש את המידה לפני חשיפת ההגדרה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דוגמאות אישיות בכיתה כדי לחבר את המידות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שביל הזהב מומלץ לתת דוגמה משותפת בכיתה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35 כרטיסי מידות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נפגוש מגוון מידות טובות - לכל מידה הגדרה קצרה ודוגמה מהחיים. נתרגל לזהות כל מידה, להתאים אותה לדוגמה, ולחשוב מה קורה כשיש ממנה מעט מדי או הרבה מדי.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מידה לפי 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לראות את הטוב שבאנשים ולשמוח בהצלחתם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עין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לחכות ולהתמיד בלי לכעוס, גם כשלוקח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להכיר ביכולות שלי בלי להתנשא ולדעת ללמוד מכל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גאווה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לעמוד במילה שלי כך שאפשר לסמוך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עקשנות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חוסר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לעצור, לנשום ולבחור תגובה במקום להגיב מתוך דחף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אימפולסיביות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שליטה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להסתגל לשינויים ולחפש דרך חדשה כשהתוכנית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עקשנות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קיבעון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גמישות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מידת האחריות עוסקת בלקיחת בעלות על מעשיי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 הומור טוב פירושו להצחיק גם במחיר פגיעה באחרים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אמיתית כוללת להתפרץ ולהביע את דעתי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הגינות היא לתת לכל אחד את מה שמגיע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ענווה פירושה לא להכיר כלל ביכולות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לעשות את הנכון גם כשמפחדים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לשמוע באמת, עם הלב ובלי להתפרץ,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לתכנן ולסדר את הזמן ואת החפצים שלי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לשים לב לטוב שקיבלתי ולהודות עליו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לשחרר כעס ולתת הזדמנות נוספת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מידה 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לתת לאחר לבחור את המשחק הפעם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להציע לכיתה פרויקט התנדבות ולארגן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להחזיר עודף שקיבלתי בטעות בקופה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וותרנות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לפרגן לחברה שקיבלה ציון גבוה בלי להשוות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מנהיגות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לבשל ארוחה לשכנים שנולד להם תינוק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מידה אחת מהכרטיסים וכתבו דוגמה אישית שלכם ליישום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מידה שקשה לכם ליישם, ולמה לדעתכם זה קשה?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שביל הזהב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מידה אחת (למשל אומץ או ביטחון עצמי) וכתבו מה קורה כשיש ממנה מעט מדי, ומה קורה כשיש ממנה הרבה מדי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תוכנית קטנה: איך תוכלו לתרגל מידה אחת מהכרטיסים במהלך השבוע הקרוב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מידה אחת שלמדתם עליה היום, ומה ההגדרה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מהחיים למידה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מעט מדי להרבה מדי במידה מסוימת (שביל הזהב)?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35 כרטיסי מידות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